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[Your name]</w:t>
      </w:r>
    </w:p>
    <w:p>
      <w:pPr>
        <w:spacing w:after="0"/>
      </w:pPr>
      <w:r>
        <w:rPr>
          <w:b w:val="0"/>
        </w:rPr>
        <w:t>[Your job title]</w:t>
      </w:r>
    </w:p>
    <w:p>
      <w:pPr>
        <w:spacing w:after="280"/>
      </w:pPr>
      <w:r>
        <w:rPr>
          <w:b w:val="0"/>
        </w:rPr>
        <w:t>[Today's date]</w:t>
      </w:r>
    </w:p>
    <w:p>
      <w:pPr>
        <w:spacing w:after="360"/>
      </w:pPr>
      <w:r>
        <w:rPr>
          <w:b w:val="0"/>
        </w:rPr>
        <w:t>To: [Your manager's name]</w:t>
      </w:r>
    </w:p>
    <w:p>
      <w:pPr>
        <w:spacing w:after="240"/>
      </w:pPr>
      <w:r>
        <w:rPr>
          <w:b/>
          <w:sz w:val="28"/>
        </w:rPr>
        <w:t>Self-certification of sickness absence</w:t>
      </w:r>
    </w:p>
    <w:p>
      <w:pPr>
        <w:spacing w:after="240"/>
      </w:pPr>
      <w:r>
        <w:rPr>
          <w:b w:val="0"/>
        </w:rPr>
        <w:t>I was unable to work because of [short reason, for example a stomach bug] from [first day off] to [last day off], including both dates. I was due back at work on [date you returned].</w:t>
      </w:r>
    </w:p>
    <w:p>
      <w:pPr>
        <w:spacing w:after="520"/>
      </w:pPr>
      <w:r>
        <w:rPr>
          <w:b w:val="0"/>
        </w:rPr>
        <w:t>I confirm that I did not work during this time and that the information above is true.</w:t>
      </w:r>
    </w:p>
    <w:p>
      <w:pPr>
        <w:spacing w:after="120"/>
      </w:pPr>
      <w:r>
        <w:rPr>
          <w:b w:val="0"/>
        </w:rPr>
        <w:t>Signed: [Your name]</w:t>
      </w:r>
    </w:p>
    <w:p>
      <w:pPr>
        <w:spacing w:after="0"/>
      </w:pPr>
      <w:r>
        <w:rPr>
          <w:b w:val="0"/>
        </w:rPr>
        <w:t>Date: [Today's date]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2026-10-19T09:00:00Z</dcterms:created>
  <dcterms:modified xsi:type="dcterms:W3CDTF">2026-10-19T09:00:00Z</dcterms:modified>
  <cp:category/>
</cp:coreProperties>
</file>